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dashed" w:sz="4" w:space="0" w:color="A7A7A7"/>
          <w:left w:val="dashed" w:sz="4" w:space="0" w:color="A7A7A7"/>
          <w:bottom w:val="dashed" w:sz="4" w:space="0" w:color="A7A7A7"/>
          <w:right w:val="dashed" w:sz="4" w:space="0" w:color="A7A7A7"/>
          <w:insideH w:val="dashed" w:sz="4" w:space="0" w:color="A7A7A7"/>
          <w:insideV w:val="dashed" w:sz="4" w:space="0" w:color="A7A7A7"/>
        </w:tblBorders>
      </w:tblPr>
      <w:tblGrid>
        <w:gridCol w:w="5760"/>
        <w:gridCol w:w="5760"/>
      </w:tblGrid>
      <w:tr>
        <w:trPr>
          <w:trHeight w:val="3571"/>
          <w:cantSplit/>
        </w:trPr>
        <w:tc>
          <w:tcPr>
            <w:tcW w:type="dxa" w:w="57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34"/>
              </w:rPr>
              <w:t>COME AND SEE</w:t>
            </w:r>
          </w:p>
          <w:p>
            <w:pPr>
              <w:spacing w:after="40"/>
              <w:jc w:val="center"/>
            </w:pPr>
            <w:r>
              <w:rPr>
                <w:b/>
                <w:sz w:val="21"/>
              </w:rPr>
              <w:t>Who is Jesus—and what does it mean to follow him?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e_and_see_pilot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7"/>
              </w:rPr>
              <w:t>Scan for a free eight-day Bible study</w:t>
            </w:r>
          </w:p>
          <w:p>
            <w:pPr>
              <w:spacing w:after="20"/>
              <w:jc w:val="center"/>
            </w:pPr>
            <w:r>
              <w:rPr>
                <w:sz w:val="13"/>
              </w:rPr>
              <w:t>gmscharity.org/bible-studies/studies/come-en.html</w:t>
            </w:r>
          </w:p>
          <w:p>
            <w:pPr>
              <w:spacing w:after="0"/>
              <w:jc w:val="center"/>
            </w:pPr>
            <w:r>
              <w:rPr>
                <w:sz w:val="13"/>
              </w:rPr>
              <w:t>A Global Mission Support evangelistic pilot · English launch edition</w:t>
            </w:r>
          </w:p>
        </w:tc>
        <w:tc>
          <w:tcPr>
            <w:tcW w:type="dxa" w:w="57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34"/>
              </w:rPr>
              <w:t>COME AND SEE</w:t>
            </w:r>
          </w:p>
          <w:p>
            <w:pPr>
              <w:spacing w:after="40"/>
              <w:jc w:val="center"/>
            </w:pPr>
            <w:r>
              <w:rPr>
                <w:b/>
                <w:sz w:val="21"/>
              </w:rPr>
              <w:t>Who is Jesus—and what does it mean to follow him?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e_and_see_pilot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7"/>
              </w:rPr>
              <w:t>Scan for a free eight-day Bible study</w:t>
            </w:r>
          </w:p>
          <w:p>
            <w:pPr>
              <w:spacing w:after="20"/>
              <w:jc w:val="center"/>
            </w:pPr>
            <w:r>
              <w:rPr>
                <w:sz w:val="13"/>
              </w:rPr>
              <w:t>gmscharity.org/bible-studies/studies/come-en.html</w:t>
            </w:r>
          </w:p>
          <w:p>
            <w:pPr>
              <w:spacing w:after="0"/>
              <w:jc w:val="center"/>
            </w:pPr>
            <w:r>
              <w:rPr>
                <w:sz w:val="13"/>
              </w:rPr>
              <w:t>A Global Mission Support evangelistic pilot · English launch edition</w:t>
            </w:r>
          </w:p>
        </w:tc>
      </w:tr>
      <w:tr>
        <w:trPr>
          <w:trHeight w:val="3571"/>
          <w:cantSplit/>
        </w:trPr>
        <w:tc>
          <w:tcPr>
            <w:tcW w:type="dxa" w:w="57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34"/>
              </w:rPr>
              <w:t>COME AND SEE</w:t>
            </w:r>
          </w:p>
          <w:p>
            <w:pPr>
              <w:spacing w:after="40"/>
              <w:jc w:val="center"/>
            </w:pPr>
            <w:r>
              <w:rPr>
                <w:b/>
                <w:sz w:val="21"/>
              </w:rPr>
              <w:t>Who is Jesus—and what does it mean to follow him?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e_and_see_pilot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7"/>
              </w:rPr>
              <w:t>Scan for a free eight-day Bible study</w:t>
            </w:r>
          </w:p>
          <w:p>
            <w:pPr>
              <w:spacing w:after="20"/>
              <w:jc w:val="center"/>
            </w:pPr>
            <w:r>
              <w:rPr>
                <w:sz w:val="13"/>
              </w:rPr>
              <w:t>gmscharity.org/bible-studies/studies/come-en.html</w:t>
            </w:r>
          </w:p>
          <w:p>
            <w:pPr>
              <w:spacing w:after="0"/>
              <w:jc w:val="center"/>
            </w:pPr>
            <w:r>
              <w:rPr>
                <w:sz w:val="13"/>
              </w:rPr>
              <w:t>A Global Mission Support evangelistic pilot · English launch edition</w:t>
            </w:r>
          </w:p>
        </w:tc>
        <w:tc>
          <w:tcPr>
            <w:tcW w:type="dxa" w:w="57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34"/>
              </w:rPr>
              <w:t>COME AND SEE</w:t>
            </w:r>
          </w:p>
          <w:p>
            <w:pPr>
              <w:spacing w:after="40"/>
              <w:jc w:val="center"/>
            </w:pPr>
            <w:r>
              <w:rPr>
                <w:b/>
                <w:sz w:val="21"/>
              </w:rPr>
              <w:t>Who is Jesus—and what does it mean to follow him?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e_and_see_pilot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7"/>
              </w:rPr>
              <w:t>Scan for a free eight-day Bible study</w:t>
            </w:r>
          </w:p>
          <w:p>
            <w:pPr>
              <w:spacing w:after="20"/>
              <w:jc w:val="center"/>
            </w:pPr>
            <w:r>
              <w:rPr>
                <w:sz w:val="13"/>
              </w:rPr>
              <w:t>gmscharity.org/bible-studies/studies/come-en.html</w:t>
            </w:r>
          </w:p>
          <w:p>
            <w:pPr>
              <w:spacing w:after="0"/>
              <w:jc w:val="center"/>
            </w:pPr>
            <w:r>
              <w:rPr>
                <w:sz w:val="13"/>
              </w:rPr>
              <w:t>A Global Mission Support evangelistic pilot · English launch edition</w:t>
            </w:r>
          </w:p>
        </w:tc>
      </w:tr>
      <w:tr>
        <w:trPr>
          <w:trHeight w:val="3571"/>
          <w:cantSplit/>
        </w:trPr>
        <w:tc>
          <w:tcPr>
            <w:tcW w:type="dxa" w:w="57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34"/>
              </w:rPr>
              <w:t>COME AND SEE</w:t>
            </w:r>
          </w:p>
          <w:p>
            <w:pPr>
              <w:spacing w:after="40"/>
              <w:jc w:val="center"/>
            </w:pPr>
            <w:r>
              <w:rPr>
                <w:b/>
                <w:sz w:val="21"/>
              </w:rPr>
              <w:t>Who is Jesus—and what does it mean to follow him?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e_and_see_pilot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7"/>
              </w:rPr>
              <w:t>Scan for a free eight-day Bible study</w:t>
            </w:r>
          </w:p>
          <w:p>
            <w:pPr>
              <w:spacing w:after="20"/>
              <w:jc w:val="center"/>
            </w:pPr>
            <w:r>
              <w:rPr>
                <w:sz w:val="13"/>
              </w:rPr>
              <w:t>gmscharity.org/bible-studies/studies/come-en.html</w:t>
            </w:r>
          </w:p>
          <w:p>
            <w:pPr>
              <w:spacing w:after="0"/>
              <w:jc w:val="center"/>
            </w:pPr>
            <w:r>
              <w:rPr>
                <w:sz w:val="13"/>
              </w:rPr>
              <w:t>A Global Mission Support evangelistic pilot · English launch edition</w:t>
            </w:r>
          </w:p>
        </w:tc>
        <w:tc>
          <w:tcPr>
            <w:tcW w:type="dxa" w:w="57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34"/>
              </w:rPr>
              <w:t>COME AND SEE</w:t>
            </w:r>
          </w:p>
          <w:p>
            <w:pPr>
              <w:spacing w:after="40"/>
              <w:jc w:val="center"/>
            </w:pPr>
            <w:r>
              <w:rPr>
                <w:b/>
                <w:sz w:val="21"/>
              </w:rPr>
              <w:t>Who is Jesus—and what does it mean to follow him?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e_and_see_pilot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7"/>
              </w:rPr>
              <w:t>Scan for a free eight-day Bible study</w:t>
            </w:r>
          </w:p>
          <w:p>
            <w:pPr>
              <w:spacing w:after="20"/>
              <w:jc w:val="center"/>
            </w:pPr>
            <w:r>
              <w:rPr>
                <w:sz w:val="13"/>
              </w:rPr>
              <w:t>gmscharity.org/bible-studies/studies/come-en.html</w:t>
            </w:r>
          </w:p>
          <w:p>
            <w:pPr>
              <w:spacing w:after="0"/>
              <w:jc w:val="center"/>
            </w:pPr>
            <w:r>
              <w:rPr>
                <w:sz w:val="13"/>
              </w:rPr>
              <w:t>A Global Mission Support evangelistic pilot · English launch edition</w:t>
            </w:r>
          </w:p>
        </w:tc>
      </w:tr>
      <w:tr>
        <w:trPr>
          <w:trHeight w:val="3571"/>
          <w:cantSplit/>
        </w:trPr>
        <w:tc>
          <w:tcPr>
            <w:tcW w:type="dxa" w:w="57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34"/>
              </w:rPr>
              <w:t>COME AND SEE</w:t>
            </w:r>
          </w:p>
          <w:p>
            <w:pPr>
              <w:spacing w:after="40"/>
              <w:jc w:val="center"/>
            </w:pPr>
            <w:r>
              <w:rPr>
                <w:b/>
                <w:sz w:val="21"/>
              </w:rPr>
              <w:t>Who is Jesus—and what does it mean to follow him?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e_and_see_pilot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7"/>
              </w:rPr>
              <w:t>Scan for a free eight-day Bible study</w:t>
            </w:r>
          </w:p>
          <w:p>
            <w:pPr>
              <w:spacing w:after="20"/>
              <w:jc w:val="center"/>
            </w:pPr>
            <w:r>
              <w:rPr>
                <w:sz w:val="13"/>
              </w:rPr>
              <w:t>gmscharity.org/bible-studies/studies/come-en.html</w:t>
            </w:r>
          </w:p>
          <w:p>
            <w:pPr>
              <w:spacing w:after="0"/>
              <w:jc w:val="center"/>
            </w:pPr>
            <w:r>
              <w:rPr>
                <w:sz w:val="13"/>
              </w:rPr>
              <w:t>A Global Mission Support evangelistic pilot · English launch edition</w:t>
            </w:r>
          </w:p>
        </w:tc>
        <w:tc>
          <w:tcPr>
            <w:tcW w:type="dxa" w:w="57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40"/>
              <w:jc w:val="center"/>
            </w:pPr>
            <w:r>
              <w:rPr>
                <w:b/>
                <w:sz w:val="34"/>
              </w:rPr>
              <w:t>COME AND SEE</w:t>
            </w:r>
          </w:p>
          <w:p>
            <w:pPr>
              <w:spacing w:after="40"/>
              <w:jc w:val="center"/>
            </w:pPr>
            <w:r>
              <w:rPr>
                <w:b/>
                <w:sz w:val="21"/>
              </w:rPr>
              <w:t>Who is Jesus—and what does it mean to follow him?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e_and_see_pilot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7"/>
              </w:rPr>
              <w:t>Scan for a free eight-day Bible study</w:t>
            </w:r>
          </w:p>
          <w:p>
            <w:pPr>
              <w:spacing w:after="20"/>
              <w:jc w:val="center"/>
            </w:pPr>
            <w:r>
              <w:rPr>
                <w:sz w:val="13"/>
              </w:rPr>
              <w:t>gmscharity.org/bible-studies/studies/come-en.html</w:t>
            </w:r>
          </w:p>
          <w:p>
            <w:pPr>
              <w:spacing w:after="0"/>
              <w:jc w:val="center"/>
            </w:pPr>
            <w:r>
              <w:rPr>
                <w:sz w:val="13"/>
              </w:rPr>
              <w:t>A Global Mission Support evangelistic pilot · English launch edition</w:t>
            </w:r>
          </w:p>
        </w:tc>
      </w:tr>
    </w:tbl>
    <w:sectPr w:rsidR="00FC693F" w:rsidRPr="0006063C" w:rsidSect="0003461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and See pilot QR cards</dc:title>
  <dc:subject>Eight-up printable invitation cards for the GMS evangelistic pilot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